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84BE3" w:rsidR="00C9343A" w:rsidP="00114E31" w:rsidRDefault="00000000" w14:paraId="7A67A4BC" w14:textId="3A2E0578">
      <w:pPr>
        <w:pStyle w:val="Title"/>
        <w:jc w:val="center"/>
        <w:rPr>
          <w:rFonts w:cstheme="majorHAnsi"/>
          <w:color w:val="auto"/>
          <w:sz w:val="40"/>
          <w:szCs w:val="40"/>
        </w:rPr>
      </w:pPr>
      <w:r w:rsidRPr="00884BE3">
        <w:rPr>
          <w:rFonts w:cstheme="majorHAnsi"/>
          <w:color w:val="auto"/>
          <w:sz w:val="40"/>
          <w:szCs w:val="40"/>
        </w:rPr>
        <w:t xml:space="preserve">Chalker Elementary Student Council </w:t>
      </w:r>
      <w:r w:rsidRPr="00884BE3" w:rsidR="00CE5CDA">
        <w:rPr>
          <w:rFonts w:cstheme="majorHAnsi"/>
          <w:color w:val="auto"/>
          <w:sz w:val="40"/>
          <w:szCs w:val="40"/>
        </w:rPr>
        <w:t xml:space="preserve">Officer </w:t>
      </w:r>
      <w:r w:rsidRPr="00884BE3">
        <w:rPr>
          <w:rFonts w:cstheme="majorHAnsi"/>
          <w:color w:val="auto"/>
          <w:sz w:val="40"/>
          <w:szCs w:val="40"/>
        </w:rPr>
        <w:t xml:space="preserve">Application (Grades </w:t>
      </w:r>
      <w:r w:rsidRPr="00884BE3" w:rsidR="00CE5CDA">
        <w:rPr>
          <w:rFonts w:cstheme="majorHAnsi"/>
          <w:color w:val="auto"/>
          <w:sz w:val="40"/>
          <w:szCs w:val="40"/>
        </w:rPr>
        <w:t>4</w:t>
      </w:r>
      <w:r w:rsidRPr="00884BE3">
        <w:rPr>
          <w:rFonts w:cstheme="majorHAnsi"/>
          <w:color w:val="auto"/>
          <w:sz w:val="40"/>
          <w:szCs w:val="40"/>
        </w:rPr>
        <w:t>–5)</w:t>
      </w:r>
    </w:p>
    <w:p w:rsidRPr="00884BE3" w:rsidR="00C9343A" w:rsidRDefault="00000000" w14:paraId="7527C238" w14:textId="77777777">
      <w:pPr>
        <w:pStyle w:val="Heading1"/>
        <w:rPr>
          <w:rFonts w:cstheme="majorHAnsi"/>
          <w:color w:val="auto"/>
        </w:rPr>
      </w:pPr>
      <w:r w:rsidRPr="00884BE3">
        <w:rPr>
          <w:rFonts w:cstheme="majorHAnsi"/>
          <w:color w:val="auto"/>
        </w:rPr>
        <w:t>Student Information</w:t>
      </w:r>
    </w:p>
    <w:p w:rsidRPr="00884BE3" w:rsidR="00C9343A" w:rsidRDefault="00000000" w14:paraId="1152DD5A" w14:textId="3E2C548A">
      <w:pPr>
        <w:rPr>
          <w:rFonts w:asciiTheme="majorHAnsi" w:hAnsiTheme="majorHAnsi" w:cstheme="majorHAnsi"/>
        </w:rPr>
      </w:pPr>
      <w:r w:rsidRPr="00884BE3">
        <w:rPr>
          <w:rFonts w:asciiTheme="majorHAnsi" w:hAnsiTheme="majorHAnsi" w:cstheme="majorHAnsi"/>
        </w:rPr>
        <w:t>Student Name: ________________</w:t>
      </w:r>
      <w:r w:rsidRPr="00884BE3" w:rsidR="00114E31">
        <w:rPr>
          <w:rFonts w:asciiTheme="majorHAnsi" w:hAnsiTheme="majorHAnsi" w:cstheme="majorHAnsi"/>
        </w:rPr>
        <w:t>________________________</w:t>
      </w:r>
    </w:p>
    <w:p w:rsidRPr="00884BE3" w:rsidR="00C9343A" w:rsidRDefault="00000000" w14:paraId="330274AD" w14:textId="25DD70E9">
      <w:pPr>
        <w:rPr>
          <w:rFonts w:asciiTheme="majorHAnsi" w:hAnsiTheme="majorHAnsi" w:cstheme="majorHAnsi"/>
        </w:rPr>
      </w:pPr>
      <w:r w:rsidRPr="00884BE3">
        <w:rPr>
          <w:rFonts w:asciiTheme="majorHAnsi" w:hAnsiTheme="majorHAnsi" w:cstheme="majorHAnsi"/>
        </w:rPr>
        <w:t>Homeroom Teacher: ___________________________________</w:t>
      </w:r>
    </w:p>
    <w:p w:rsidRPr="00884BE3" w:rsidR="00CE5CDA" w:rsidRDefault="003F47AF" w14:paraId="3D32C7AA" w14:textId="24280457">
      <w:pPr>
        <w:rPr>
          <w:rFonts w:asciiTheme="majorHAnsi" w:hAnsiTheme="majorHAnsi" w:cstheme="majorHAnsi"/>
        </w:rPr>
      </w:pPr>
      <w:r w:rsidRPr="00884BE3">
        <w:rPr>
          <w:rFonts w:asciiTheme="majorHAnsi" w:hAnsiTheme="majorHAnsi" w:cstheme="majorHAnsi"/>
        </w:rPr>
        <w:t>Position (</w:t>
      </w:r>
      <w:r w:rsidRPr="00884BE3" w:rsidR="00CE5CDA">
        <w:rPr>
          <w:rFonts w:asciiTheme="majorHAnsi" w:hAnsiTheme="majorHAnsi" w:cstheme="majorHAnsi"/>
        </w:rPr>
        <w:t>circle one): President (5</w:t>
      </w:r>
      <w:r w:rsidRPr="00884BE3" w:rsidR="00CE5CDA">
        <w:rPr>
          <w:rFonts w:asciiTheme="majorHAnsi" w:hAnsiTheme="majorHAnsi" w:cstheme="majorHAnsi"/>
          <w:vertAlign w:val="superscript"/>
        </w:rPr>
        <w:t>th</w:t>
      </w:r>
      <w:r w:rsidRPr="00884BE3" w:rsidR="00CE5CDA">
        <w:rPr>
          <w:rFonts w:asciiTheme="majorHAnsi" w:hAnsiTheme="majorHAnsi" w:cstheme="majorHAnsi"/>
        </w:rPr>
        <w:t>)</w:t>
      </w:r>
      <w:r w:rsidRPr="00884BE3" w:rsidR="00CE5CDA">
        <w:rPr>
          <w:rFonts w:asciiTheme="majorHAnsi" w:hAnsiTheme="majorHAnsi" w:cstheme="majorHAnsi"/>
        </w:rPr>
        <w:tab/>
      </w:r>
      <w:r w:rsidRPr="00884BE3" w:rsidR="00CE5CDA">
        <w:rPr>
          <w:rFonts w:asciiTheme="majorHAnsi" w:hAnsiTheme="majorHAnsi" w:cstheme="majorHAnsi"/>
        </w:rPr>
        <w:t>Vice President (4</w:t>
      </w:r>
      <w:r w:rsidRPr="00884BE3" w:rsidR="00CE5CDA">
        <w:rPr>
          <w:rFonts w:asciiTheme="majorHAnsi" w:hAnsiTheme="majorHAnsi" w:cstheme="majorHAnsi"/>
          <w:vertAlign w:val="superscript"/>
        </w:rPr>
        <w:t>th</w:t>
      </w:r>
      <w:r w:rsidRPr="00884BE3" w:rsidR="00CE5CDA">
        <w:rPr>
          <w:rFonts w:asciiTheme="majorHAnsi" w:hAnsiTheme="majorHAnsi" w:cstheme="majorHAnsi"/>
        </w:rPr>
        <w:t>)</w:t>
      </w:r>
      <w:r w:rsidRPr="00884BE3" w:rsidR="00CE5CDA">
        <w:rPr>
          <w:rFonts w:asciiTheme="majorHAnsi" w:hAnsiTheme="majorHAnsi" w:cstheme="majorHAnsi"/>
        </w:rPr>
        <w:tab/>
      </w:r>
      <w:r w:rsidRPr="00884BE3" w:rsidR="00CE5CDA">
        <w:rPr>
          <w:rFonts w:asciiTheme="majorHAnsi" w:hAnsiTheme="majorHAnsi" w:cstheme="majorHAnsi"/>
        </w:rPr>
        <w:t>Secretary (4</w:t>
      </w:r>
      <w:r w:rsidRPr="00884BE3" w:rsidR="00CE5CDA">
        <w:rPr>
          <w:rFonts w:asciiTheme="majorHAnsi" w:hAnsiTheme="majorHAnsi" w:cstheme="majorHAnsi"/>
          <w:vertAlign w:val="superscript"/>
        </w:rPr>
        <w:t>th</w:t>
      </w:r>
      <w:r w:rsidRPr="00884BE3" w:rsidR="00CE5CDA">
        <w:rPr>
          <w:rFonts w:asciiTheme="majorHAnsi" w:hAnsiTheme="majorHAnsi" w:cstheme="majorHAnsi"/>
        </w:rPr>
        <w:t xml:space="preserve"> or 5</w:t>
      </w:r>
      <w:r w:rsidRPr="00884BE3" w:rsidR="00CE5CDA">
        <w:rPr>
          <w:rFonts w:asciiTheme="majorHAnsi" w:hAnsiTheme="majorHAnsi" w:cstheme="majorHAnsi"/>
          <w:vertAlign w:val="superscript"/>
        </w:rPr>
        <w:t>th</w:t>
      </w:r>
      <w:r w:rsidRPr="00884BE3" w:rsidR="00CE5CDA">
        <w:rPr>
          <w:rFonts w:asciiTheme="majorHAnsi" w:hAnsiTheme="majorHAnsi" w:cstheme="majorHAnsi"/>
        </w:rPr>
        <w:t>)</w:t>
      </w:r>
    </w:p>
    <w:p w:rsidRPr="00884BE3" w:rsidR="00C9343A" w:rsidRDefault="00000000" w14:paraId="0042E66C" w14:textId="46080ACC">
      <w:pPr>
        <w:rPr>
          <w:rFonts w:asciiTheme="majorHAnsi" w:hAnsiTheme="majorHAnsi" w:cstheme="majorHAnsi"/>
        </w:rPr>
      </w:pPr>
      <w:r w:rsidRPr="00884BE3">
        <w:rPr>
          <w:rFonts w:asciiTheme="majorHAnsi" w:hAnsiTheme="majorHAnsi" w:cstheme="majorHAnsi"/>
        </w:rPr>
        <w:t>Grade Level (circle one</w:t>
      </w:r>
      <w:r w:rsidRPr="00884BE3" w:rsidR="00114E31">
        <w:rPr>
          <w:rFonts w:asciiTheme="majorHAnsi" w:hAnsiTheme="majorHAnsi" w:cstheme="majorHAnsi"/>
        </w:rPr>
        <w:t xml:space="preserve">): </w:t>
      </w:r>
      <w:r w:rsidRPr="00884BE3" w:rsidR="00CE5CDA">
        <w:rPr>
          <w:rFonts w:asciiTheme="majorHAnsi" w:hAnsiTheme="majorHAnsi" w:cstheme="majorHAnsi"/>
        </w:rPr>
        <w:t xml:space="preserve">    </w:t>
      </w:r>
      <w:r w:rsidRPr="00884BE3" w:rsidR="00114E31">
        <w:rPr>
          <w:rFonts w:asciiTheme="majorHAnsi" w:hAnsiTheme="majorHAnsi" w:cstheme="majorHAnsi"/>
        </w:rPr>
        <w:t>4</w:t>
      </w:r>
      <w:r w:rsidRPr="00884BE3" w:rsidR="00114E31">
        <w:rPr>
          <w:rFonts w:asciiTheme="majorHAnsi" w:hAnsiTheme="majorHAnsi" w:cstheme="majorHAnsi"/>
          <w:vertAlign w:val="superscript"/>
        </w:rPr>
        <w:t>th</w:t>
      </w:r>
      <w:r w:rsidRPr="00884BE3" w:rsidR="00114E31">
        <w:rPr>
          <w:rFonts w:asciiTheme="majorHAnsi" w:hAnsiTheme="majorHAnsi" w:cstheme="majorHAnsi"/>
        </w:rPr>
        <w:tab/>
      </w:r>
      <w:r w:rsidRPr="00884BE3" w:rsidR="00114E31">
        <w:rPr>
          <w:rFonts w:asciiTheme="majorHAnsi" w:hAnsiTheme="majorHAnsi" w:cstheme="majorHAnsi"/>
        </w:rPr>
        <w:t>5</w:t>
      </w:r>
      <w:r w:rsidRPr="00884BE3" w:rsidR="00114E31">
        <w:rPr>
          <w:rFonts w:asciiTheme="majorHAnsi" w:hAnsiTheme="majorHAnsi" w:cstheme="majorHAnsi"/>
          <w:vertAlign w:val="superscript"/>
        </w:rPr>
        <w:t>th</w:t>
      </w:r>
      <w:r w:rsidRPr="00884BE3" w:rsidR="00114E31">
        <w:rPr>
          <w:rFonts w:asciiTheme="majorHAnsi" w:hAnsiTheme="majorHAnsi" w:cstheme="majorHAnsi"/>
        </w:rPr>
        <w:tab/>
      </w:r>
      <w:r w:rsidRPr="00884BE3" w:rsidR="00114E31">
        <w:rPr>
          <w:rFonts w:asciiTheme="majorHAnsi" w:hAnsiTheme="majorHAnsi" w:cstheme="majorHAnsi"/>
        </w:rPr>
        <w:t xml:space="preserve"> </w:t>
      </w:r>
    </w:p>
    <w:p w:rsidRPr="00884BE3" w:rsidR="00C9343A" w:rsidRDefault="00000000" w14:paraId="218E5AFC" w14:textId="315CBF4A">
      <w:pPr>
        <w:pStyle w:val="Heading1"/>
        <w:rPr>
          <w:rFonts w:cstheme="majorHAnsi"/>
          <w:color w:val="auto"/>
        </w:rPr>
      </w:pPr>
      <w:r w:rsidRPr="00884BE3">
        <w:rPr>
          <w:rFonts w:cstheme="majorHAnsi"/>
          <w:color w:val="auto"/>
        </w:rPr>
        <w:t xml:space="preserve">Why do you want to be a Student Council </w:t>
      </w:r>
      <w:r w:rsidRPr="00884BE3" w:rsidR="00CE5CDA">
        <w:rPr>
          <w:rFonts w:cstheme="majorHAnsi"/>
          <w:color w:val="auto"/>
        </w:rPr>
        <w:t>Officer</w:t>
      </w:r>
      <w:r w:rsidRPr="00884BE3">
        <w:rPr>
          <w:rFonts w:cstheme="majorHAnsi"/>
          <w:color w:val="auto"/>
        </w:rPr>
        <w:t>?</w:t>
      </w:r>
    </w:p>
    <w:p w:rsidRPr="00884BE3" w:rsidR="00DC7079" w:rsidP="00DC7079" w:rsidRDefault="00DC7079" w14:paraId="58B3FFD4" w14:textId="77777777">
      <w:pPr>
        <w:spacing w:after="0"/>
      </w:pPr>
    </w:p>
    <w:p w:rsidRPr="00884BE3" w:rsidR="00C9343A" w:rsidP="00DC7079" w:rsidRDefault="00000000" w14:paraId="11E783DF" w14:textId="21FEB6FA">
      <w:pPr>
        <w:spacing w:after="0" w:line="480" w:lineRule="auto"/>
        <w:rPr>
          <w:rFonts w:asciiTheme="majorHAnsi" w:hAnsiTheme="majorHAnsi" w:cstheme="majorHAnsi"/>
        </w:rPr>
      </w:pPr>
      <w:r w:rsidRPr="00884BE3">
        <w:rPr>
          <w:rFonts w:asciiTheme="majorHAnsi" w:hAnsiTheme="majorHAnsi" w:cstheme="majorHAnsi"/>
        </w:rPr>
        <w:t>___________________</w:t>
      </w:r>
      <w:r w:rsidRPr="00884BE3" w:rsidR="00DC7079">
        <w:rPr>
          <w:rFonts w:asciiTheme="majorHAnsi" w:hAnsiTheme="majorHAnsi" w:cstheme="majorHAnsi"/>
        </w:rPr>
        <w:t>__________________</w:t>
      </w:r>
      <w:r w:rsidRPr="00884BE3">
        <w:rPr>
          <w:rFonts w:asciiTheme="majorHAnsi" w:hAnsiTheme="majorHAnsi" w:cstheme="majorHAnsi"/>
        </w:rPr>
        <w:t>_________________________________________</w:t>
      </w:r>
    </w:p>
    <w:p w:rsidRPr="00884BE3" w:rsidR="00C9343A" w:rsidP="00DC7079" w:rsidRDefault="00DC7079" w14:paraId="0955DF28" w14:textId="6AFAB550">
      <w:pPr>
        <w:spacing w:after="0" w:line="480" w:lineRule="auto"/>
        <w:rPr>
          <w:rFonts w:asciiTheme="majorHAnsi" w:hAnsiTheme="majorHAnsi" w:cstheme="majorHAnsi"/>
        </w:rPr>
      </w:pPr>
      <w:r w:rsidRPr="00884BE3">
        <w:rPr>
          <w:rFonts w:asciiTheme="majorHAnsi" w:hAnsiTheme="majorHAnsi" w:cstheme="majorHAnsi"/>
        </w:rPr>
        <w:t>____________________________________________________________________________________________________________________________________________________________</w:t>
      </w:r>
    </w:p>
    <w:p w:rsidRPr="00884BE3" w:rsidR="00C9343A" w:rsidP="00DC7079" w:rsidRDefault="00DC7079" w14:paraId="3E5EBB9A" w14:textId="1AE0B6D1">
      <w:pPr>
        <w:spacing w:after="0" w:line="480" w:lineRule="auto"/>
        <w:rPr>
          <w:rFonts w:asciiTheme="majorHAnsi" w:hAnsiTheme="majorHAnsi" w:cstheme="majorHAnsi"/>
        </w:rPr>
      </w:pPr>
      <w:r w:rsidRPr="00884BE3">
        <w:rPr>
          <w:rFonts w:asciiTheme="majorHAnsi" w:hAnsiTheme="majorHAnsi" w:cstheme="majorHAnsi"/>
        </w:rPr>
        <w:t>______________________________________________________________________________</w:t>
      </w:r>
    </w:p>
    <w:p w:rsidRPr="00884BE3" w:rsidR="00C9343A" w:rsidRDefault="00000000" w14:paraId="534FD404" w14:textId="77777777">
      <w:pPr>
        <w:pStyle w:val="Heading1"/>
        <w:rPr>
          <w:rFonts w:cstheme="majorHAnsi"/>
          <w:color w:val="auto"/>
        </w:rPr>
      </w:pPr>
      <w:r w:rsidRPr="00884BE3">
        <w:rPr>
          <w:rFonts w:cstheme="majorHAnsi"/>
          <w:color w:val="auto"/>
        </w:rPr>
        <w:t>What makes you a good leader?</w:t>
      </w:r>
    </w:p>
    <w:p w:rsidRPr="00884BE3" w:rsidR="00C9343A" w:rsidRDefault="00000000" w14:paraId="38858BD3" w14:textId="77777777">
      <w:pPr>
        <w:rPr>
          <w:rFonts w:asciiTheme="majorHAnsi" w:hAnsiTheme="majorHAnsi" w:cstheme="majorHAnsi"/>
        </w:rPr>
      </w:pPr>
      <w:r w:rsidRPr="00884BE3">
        <w:rPr>
          <w:rFonts w:asciiTheme="majorHAnsi" w:hAnsiTheme="majorHAnsi" w:cstheme="majorHAnsi"/>
        </w:rPr>
        <w:t>(Check all that apply and be ready to show these qualities!)</w:t>
      </w:r>
    </w:p>
    <w:p w:rsidRPr="00884BE3" w:rsidR="00C9343A" w:rsidP="466D4FEB" w:rsidRDefault="00000000" w14:paraId="7651E67B" w14:textId="6CF08B1C">
      <w:pPr>
        <w:rPr>
          <w:rFonts w:ascii="Calibri" w:hAnsi="Calibri" w:cs="Calibri" w:asciiTheme="majorAscii" w:hAnsiTheme="majorAscii" w:cstheme="majorAscii"/>
        </w:rPr>
      </w:pPr>
      <w:r w:rsidRPr="466D4FEB" w:rsidR="3D6F4A78">
        <w:rPr>
          <w:rFonts w:ascii="Segoe UI Symbol" w:hAnsi="Segoe UI Symbol" w:cs="Segoe UI Symbol"/>
        </w:rPr>
        <w:t>☐</w:t>
      </w:r>
      <w:r w:rsidRPr="466D4FEB" w:rsidR="3D6F4A78">
        <w:rPr>
          <w:rFonts w:ascii="Calibri" w:hAnsi="Calibri" w:cs="Calibri" w:asciiTheme="majorAscii" w:hAnsiTheme="majorAscii" w:cstheme="majorAscii"/>
        </w:rPr>
        <w:t xml:space="preserve"> I follow school rules</w:t>
      </w:r>
      <w:r w:rsidRPr="466D4FEB" w:rsidR="586330CC">
        <w:rPr>
          <w:rFonts w:ascii="Calibri" w:hAnsi="Calibri" w:cs="Calibri" w:asciiTheme="majorAscii" w:hAnsiTheme="majorAscii" w:cstheme="majorAscii"/>
        </w:rPr>
        <w:t>.</w:t>
      </w:r>
    </w:p>
    <w:p w:rsidRPr="00884BE3" w:rsidR="00C9343A" w:rsidP="466D4FEB" w:rsidRDefault="00000000" w14:paraId="3F03EBCD" w14:textId="4BE8C90F">
      <w:pPr>
        <w:rPr>
          <w:rFonts w:ascii="Calibri" w:hAnsi="Calibri" w:cs="Calibri" w:asciiTheme="majorAscii" w:hAnsiTheme="majorAscii" w:cstheme="majorAscii"/>
        </w:rPr>
      </w:pPr>
      <w:r w:rsidRPr="466D4FEB" w:rsidR="3D6F4A78">
        <w:rPr>
          <w:rFonts w:ascii="Segoe UI Symbol" w:hAnsi="Segoe UI Symbol" w:cs="Segoe UI Symbol"/>
        </w:rPr>
        <w:t>☐</w:t>
      </w:r>
      <w:r w:rsidRPr="466D4FEB" w:rsidR="3D6F4A78">
        <w:rPr>
          <w:rFonts w:ascii="Calibri" w:hAnsi="Calibri" w:cs="Calibri" w:asciiTheme="majorAscii" w:hAnsiTheme="majorAscii" w:cstheme="majorAscii"/>
        </w:rPr>
        <w:t xml:space="preserve"> I am responsible and complete my work on time</w:t>
      </w:r>
      <w:r w:rsidRPr="466D4FEB" w:rsidR="16E4C992">
        <w:rPr>
          <w:rFonts w:ascii="Calibri" w:hAnsi="Calibri" w:cs="Calibri" w:asciiTheme="majorAscii" w:hAnsiTheme="majorAscii" w:cstheme="majorAscii"/>
        </w:rPr>
        <w:t>.</w:t>
      </w:r>
    </w:p>
    <w:p w:rsidRPr="00884BE3" w:rsidR="00C9343A" w:rsidP="466D4FEB" w:rsidRDefault="00000000" w14:paraId="1479FFB3" w14:textId="705C034A">
      <w:pPr>
        <w:rPr>
          <w:rFonts w:ascii="Calibri" w:hAnsi="Calibri" w:cs="Calibri" w:asciiTheme="majorAscii" w:hAnsiTheme="majorAscii" w:cstheme="majorAscii"/>
        </w:rPr>
      </w:pPr>
      <w:r w:rsidRPr="466D4FEB" w:rsidR="3D6F4A78">
        <w:rPr>
          <w:rFonts w:ascii="Segoe UI Symbol" w:hAnsi="Segoe UI Symbol" w:cs="Segoe UI Symbol"/>
        </w:rPr>
        <w:t>☐</w:t>
      </w:r>
      <w:r w:rsidRPr="466D4FEB" w:rsidR="3D6F4A78">
        <w:rPr>
          <w:rFonts w:ascii="Calibri" w:hAnsi="Calibri" w:cs="Calibri" w:asciiTheme="majorAscii" w:hAnsiTheme="majorAscii" w:cstheme="majorAscii"/>
        </w:rPr>
        <w:t xml:space="preserve"> I am respectful to students and adults</w:t>
      </w:r>
      <w:r w:rsidRPr="466D4FEB" w:rsidR="78F00D55">
        <w:rPr>
          <w:rFonts w:ascii="Calibri" w:hAnsi="Calibri" w:cs="Calibri" w:asciiTheme="majorAscii" w:hAnsiTheme="majorAscii" w:cstheme="majorAscii"/>
        </w:rPr>
        <w:t>.</w:t>
      </w:r>
    </w:p>
    <w:p w:rsidRPr="00884BE3" w:rsidR="00C9343A" w:rsidP="466D4FEB" w:rsidRDefault="00000000" w14:paraId="275342E8" w14:textId="00B525C7">
      <w:pPr>
        <w:rPr>
          <w:rFonts w:ascii="Calibri" w:hAnsi="Calibri" w:cs="Calibri" w:asciiTheme="majorAscii" w:hAnsiTheme="majorAscii" w:cstheme="majorAscii"/>
        </w:rPr>
      </w:pPr>
      <w:r w:rsidRPr="466D4FEB" w:rsidR="3D6F4A78">
        <w:rPr>
          <w:rFonts w:ascii="Segoe UI Symbol" w:hAnsi="Segoe UI Symbol" w:cs="Segoe UI Symbol"/>
        </w:rPr>
        <w:t>☐</w:t>
      </w:r>
      <w:r w:rsidRPr="466D4FEB" w:rsidR="3D6F4A78">
        <w:rPr>
          <w:rFonts w:ascii="Calibri" w:hAnsi="Calibri" w:cs="Calibri" w:asciiTheme="majorAscii" w:hAnsiTheme="majorAscii" w:cstheme="majorAscii"/>
        </w:rPr>
        <w:t xml:space="preserve"> I listen to others’ ideas</w:t>
      </w:r>
      <w:r w:rsidRPr="466D4FEB" w:rsidR="78F00D55">
        <w:rPr>
          <w:rFonts w:ascii="Calibri" w:hAnsi="Calibri" w:cs="Calibri" w:asciiTheme="majorAscii" w:hAnsiTheme="majorAscii" w:cstheme="majorAscii"/>
        </w:rPr>
        <w:t>.</w:t>
      </w:r>
    </w:p>
    <w:p w:rsidRPr="00884BE3" w:rsidR="00C9343A" w:rsidP="466D4FEB" w:rsidRDefault="00000000" w14:paraId="403A7FB2" w14:textId="5BCF7904">
      <w:pPr>
        <w:rPr>
          <w:rFonts w:ascii="Calibri" w:hAnsi="Calibri" w:cs="Calibri" w:asciiTheme="majorAscii" w:hAnsiTheme="majorAscii" w:cstheme="majorAscii"/>
        </w:rPr>
      </w:pPr>
      <w:r w:rsidRPr="466D4FEB" w:rsidR="3D6F4A78">
        <w:rPr>
          <w:rFonts w:ascii="Segoe UI Symbol" w:hAnsi="Segoe UI Symbol" w:cs="Segoe UI Symbol"/>
        </w:rPr>
        <w:t>☐</w:t>
      </w:r>
      <w:r w:rsidRPr="466D4FEB" w:rsidR="3D6F4A78">
        <w:rPr>
          <w:rFonts w:ascii="Calibri" w:hAnsi="Calibri" w:cs="Calibri" w:asciiTheme="majorAscii" w:hAnsiTheme="majorAscii" w:cstheme="majorAscii"/>
        </w:rPr>
        <w:t xml:space="preserve"> I am willing to speak up and share ideas</w:t>
      </w:r>
      <w:r w:rsidRPr="466D4FEB" w:rsidR="33A94345">
        <w:rPr>
          <w:rFonts w:ascii="Calibri" w:hAnsi="Calibri" w:cs="Calibri" w:asciiTheme="majorAscii" w:hAnsiTheme="majorAscii" w:cstheme="majorAscii"/>
        </w:rPr>
        <w:t>.</w:t>
      </w:r>
    </w:p>
    <w:p w:rsidRPr="00884BE3" w:rsidR="00C9343A" w:rsidP="466D4FEB" w:rsidRDefault="00000000" w14:paraId="1F419919" w14:textId="384E3331">
      <w:pPr>
        <w:rPr>
          <w:rFonts w:ascii="Calibri" w:hAnsi="Calibri" w:cs="Calibri" w:asciiTheme="majorAscii" w:hAnsiTheme="majorAscii" w:cstheme="majorAscii"/>
        </w:rPr>
      </w:pPr>
      <w:r w:rsidRPr="466D4FEB" w:rsidR="3D6F4A78">
        <w:rPr>
          <w:rFonts w:ascii="Segoe UI Symbol" w:hAnsi="Segoe UI Symbol" w:cs="Segoe UI Symbol"/>
        </w:rPr>
        <w:t>☐</w:t>
      </w:r>
      <w:r w:rsidRPr="466D4FEB" w:rsidR="3D6F4A78">
        <w:rPr>
          <w:rFonts w:ascii="Calibri" w:hAnsi="Calibri" w:cs="Calibri" w:asciiTheme="majorAscii" w:hAnsiTheme="majorAscii" w:cstheme="majorAscii"/>
        </w:rPr>
        <w:t xml:space="preserve"> I work well in a team</w:t>
      </w:r>
      <w:r w:rsidRPr="466D4FEB" w:rsidR="19F6D614">
        <w:rPr>
          <w:rFonts w:ascii="Calibri" w:hAnsi="Calibri" w:cs="Calibri" w:asciiTheme="majorAscii" w:hAnsiTheme="majorAscii" w:cstheme="majorAscii"/>
        </w:rPr>
        <w:t>.</w:t>
      </w:r>
    </w:p>
    <w:p w:rsidRPr="00884BE3" w:rsidR="00C9343A" w:rsidP="466D4FEB" w:rsidRDefault="00000000" w14:paraId="329B07DC" w14:textId="57A93F46">
      <w:pPr>
        <w:rPr>
          <w:rFonts w:ascii="Calibri" w:hAnsi="Calibri" w:cs="Calibri" w:asciiTheme="majorAscii" w:hAnsiTheme="majorAscii" w:cstheme="majorAscii"/>
        </w:rPr>
      </w:pPr>
      <w:r w:rsidRPr="466D4FEB" w:rsidR="3D6F4A78">
        <w:rPr>
          <w:rFonts w:ascii="Segoe UI Symbol" w:hAnsi="Segoe UI Symbol" w:cs="Segoe UI Symbol"/>
        </w:rPr>
        <w:t>☐</w:t>
      </w:r>
      <w:r w:rsidRPr="466D4FEB" w:rsidR="3D6F4A78">
        <w:rPr>
          <w:rFonts w:ascii="Calibri" w:hAnsi="Calibri" w:cs="Calibri" w:asciiTheme="majorAscii" w:hAnsiTheme="majorAscii" w:cstheme="majorAscii"/>
        </w:rPr>
        <w:t xml:space="preserve"> I try to help others</w:t>
      </w:r>
      <w:r w:rsidRPr="466D4FEB" w:rsidR="4FFEC758">
        <w:rPr>
          <w:rFonts w:ascii="Calibri" w:hAnsi="Calibri" w:cs="Calibri" w:asciiTheme="majorAscii" w:hAnsiTheme="majorAscii" w:cstheme="majorAscii"/>
        </w:rPr>
        <w:t>.</w:t>
      </w:r>
    </w:p>
    <w:p w:rsidRPr="00884BE3" w:rsidR="00C9343A" w:rsidP="466D4FEB" w:rsidRDefault="00000000" w14:paraId="00894A1C" w14:textId="5438F9F3">
      <w:pPr>
        <w:rPr>
          <w:rFonts w:ascii="Calibri" w:hAnsi="Calibri" w:cs="Calibri" w:asciiTheme="majorAscii" w:hAnsiTheme="majorAscii" w:cstheme="majorAscii"/>
        </w:rPr>
      </w:pPr>
      <w:r w:rsidRPr="466D4FEB" w:rsidR="3D6F4A78">
        <w:rPr>
          <w:rFonts w:ascii="Segoe UI Symbol" w:hAnsi="Segoe UI Symbol" w:cs="Segoe UI Symbol"/>
        </w:rPr>
        <w:t>☐</w:t>
      </w:r>
      <w:r w:rsidRPr="466D4FEB" w:rsidR="3D6F4A78">
        <w:rPr>
          <w:rFonts w:ascii="Calibri" w:hAnsi="Calibri" w:cs="Calibri" w:asciiTheme="majorAscii" w:hAnsiTheme="majorAscii" w:cstheme="majorAscii"/>
        </w:rPr>
        <w:t xml:space="preserve"> I show good behavior in class and around school</w:t>
      </w:r>
      <w:r w:rsidRPr="466D4FEB" w:rsidR="3C3BD7D0">
        <w:rPr>
          <w:rFonts w:ascii="Calibri" w:hAnsi="Calibri" w:cs="Calibri" w:asciiTheme="majorAscii" w:hAnsiTheme="majorAscii" w:cstheme="majorAscii"/>
        </w:rPr>
        <w:t>.</w:t>
      </w:r>
    </w:p>
    <w:p w:rsidRPr="00884BE3" w:rsidR="00C9343A" w:rsidRDefault="00000000" w14:paraId="2DECB6B7" w14:textId="77777777">
      <w:pPr>
        <w:pStyle w:val="Heading1"/>
        <w:rPr>
          <w:rFonts w:cstheme="majorHAnsi"/>
          <w:color w:val="auto"/>
        </w:rPr>
      </w:pPr>
      <w:r w:rsidRPr="00884BE3">
        <w:rPr>
          <w:rFonts w:cstheme="majorHAnsi"/>
          <w:color w:val="auto"/>
        </w:rPr>
        <w:t>Student Council Expectations</w:t>
      </w:r>
    </w:p>
    <w:p w:rsidRPr="00884BE3" w:rsidR="00C9343A" w:rsidP="466D4FEB" w:rsidRDefault="00000000" w14:paraId="6D2A5A34" w14:textId="384B9E67">
      <w:pPr>
        <w:rPr>
          <w:rFonts w:ascii="Calibri" w:hAnsi="Calibri" w:cs="Calibri" w:asciiTheme="majorAscii" w:hAnsiTheme="majorAscii" w:cstheme="majorAscii"/>
        </w:rPr>
      </w:pPr>
      <w:r w:rsidRPr="466D4FEB" w:rsidR="3D6F4A78">
        <w:rPr>
          <w:rFonts w:ascii="Calibri" w:hAnsi="Calibri" w:cs="Calibri" w:asciiTheme="majorAscii" w:hAnsiTheme="majorAscii" w:cstheme="majorAscii"/>
        </w:rPr>
        <w:t xml:space="preserve">- </w:t>
      </w:r>
      <w:r w:rsidRPr="466D4FEB" w:rsidR="3D6F4A78">
        <w:rPr>
          <w:rFonts w:ascii="Calibri" w:hAnsi="Calibri" w:cs="Calibri" w:asciiTheme="majorAscii" w:hAnsiTheme="majorAscii" w:cstheme="majorAscii"/>
        </w:rPr>
        <w:t>Demonstrates</w:t>
      </w:r>
      <w:r w:rsidRPr="466D4FEB" w:rsidR="3D6F4A78">
        <w:rPr>
          <w:rFonts w:ascii="Calibri" w:hAnsi="Calibri" w:cs="Calibri" w:asciiTheme="majorAscii" w:hAnsiTheme="majorAscii" w:cstheme="majorAscii"/>
        </w:rPr>
        <w:t xml:space="preserve"> leadership and positive behavior at all times</w:t>
      </w:r>
      <w:r w:rsidRPr="466D4FEB" w:rsidR="46FAD468">
        <w:rPr>
          <w:rFonts w:ascii="Calibri" w:hAnsi="Calibri" w:cs="Calibri" w:asciiTheme="majorAscii" w:hAnsiTheme="majorAscii" w:cstheme="majorAscii"/>
        </w:rPr>
        <w:t>.</w:t>
      </w:r>
    </w:p>
    <w:p w:rsidRPr="00884BE3" w:rsidR="00C9343A" w:rsidP="466D4FEB" w:rsidRDefault="00000000" w14:paraId="0CD36C6D" w14:textId="749B02DE">
      <w:pPr>
        <w:rPr>
          <w:rFonts w:ascii="Calibri" w:hAnsi="Calibri" w:cs="Calibri" w:asciiTheme="majorAscii" w:hAnsiTheme="majorAscii" w:cstheme="majorAscii"/>
        </w:rPr>
      </w:pPr>
      <w:r w:rsidRPr="466D4FEB" w:rsidR="3D6F4A78">
        <w:rPr>
          <w:rFonts w:ascii="Calibri" w:hAnsi="Calibri" w:cs="Calibri" w:asciiTheme="majorAscii" w:hAnsiTheme="majorAscii" w:cstheme="majorAscii"/>
        </w:rPr>
        <w:t>- Acts as a role model for other students</w:t>
      </w:r>
      <w:r w:rsidRPr="466D4FEB" w:rsidR="710D0CA0">
        <w:rPr>
          <w:rFonts w:ascii="Calibri" w:hAnsi="Calibri" w:cs="Calibri" w:asciiTheme="majorAscii" w:hAnsiTheme="majorAscii" w:cstheme="majorAscii"/>
        </w:rPr>
        <w:t>.</w:t>
      </w:r>
    </w:p>
    <w:p w:rsidRPr="00884BE3" w:rsidR="00C9343A" w:rsidP="466D4FEB" w:rsidRDefault="00000000" w14:paraId="25F34048" w14:textId="0AECDD91">
      <w:pPr>
        <w:rPr>
          <w:rFonts w:ascii="Calibri" w:hAnsi="Calibri" w:cs="Calibri" w:asciiTheme="majorAscii" w:hAnsiTheme="majorAscii" w:cstheme="majorAscii"/>
        </w:rPr>
      </w:pPr>
      <w:r w:rsidRPr="466D4FEB" w:rsidR="3D6F4A78">
        <w:rPr>
          <w:rFonts w:ascii="Calibri" w:hAnsi="Calibri" w:cs="Calibri" w:asciiTheme="majorAscii" w:hAnsiTheme="majorAscii" w:cstheme="majorAscii"/>
        </w:rPr>
        <w:t>- Shares ideas to improve our school</w:t>
      </w:r>
      <w:r w:rsidRPr="466D4FEB" w:rsidR="710D0CA0">
        <w:rPr>
          <w:rFonts w:ascii="Calibri" w:hAnsi="Calibri" w:cs="Calibri" w:asciiTheme="majorAscii" w:hAnsiTheme="majorAscii" w:cstheme="majorAscii"/>
        </w:rPr>
        <w:t>.</w:t>
      </w:r>
    </w:p>
    <w:p w:rsidRPr="00884BE3" w:rsidR="00C9343A" w:rsidP="466D4FEB" w:rsidRDefault="00000000" w14:paraId="7FF5C3D9" w14:textId="43CA9660">
      <w:pPr>
        <w:rPr>
          <w:rFonts w:ascii="Calibri" w:hAnsi="Calibri" w:cs="Calibri" w:asciiTheme="majorAscii" w:hAnsiTheme="majorAscii" w:cstheme="majorAscii"/>
        </w:rPr>
      </w:pPr>
      <w:r w:rsidRPr="466D4FEB" w:rsidR="3D6F4A78">
        <w:rPr>
          <w:rFonts w:ascii="Calibri" w:hAnsi="Calibri" w:cs="Calibri" w:asciiTheme="majorAscii" w:hAnsiTheme="majorAscii" w:cstheme="majorAscii"/>
        </w:rPr>
        <w:t xml:space="preserve">- Listens to classmates and </w:t>
      </w:r>
      <w:r w:rsidRPr="466D4FEB" w:rsidR="3D6F4A78">
        <w:rPr>
          <w:rFonts w:ascii="Calibri" w:hAnsi="Calibri" w:cs="Calibri" w:asciiTheme="majorAscii" w:hAnsiTheme="majorAscii" w:cstheme="majorAscii"/>
        </w:rPr>
        <w:t>represents</w:t>
      </w:r>
      <w:r w:rsidRPr="466D4FEB" w:rsidR="3D6F4A78">
        <w:rPr>
          <w:rFonts w:ascii="Calibri" w:hAnsi="Calibri" w:cs="Calibri" w:asciiTheme="majorAscii" w:hAnsiTheme="majorAscii" w:cstheme="majorAscii"/>
        </w:rPr>
        <w:t xml:space="preserve"> their voices</w:t>
      </w:r>
      <w:r w:rsidRPr="466D4FEB" w:rsidR="66142096">
        <w:rPr>
          <w:rFonts w:ascii="Calibri" w:hAnsi="Calibri" w:cs="Calibri" w:asciiTheme="majorAscii" w:hAnsiTheme="majorAscii" w:cstheme="majorAscii"/>
        </w:rPr>
        <w:t>.</w:t>
      </w:r>
    </w:p>
    <w:p w:rsidRPr="00884BE3" w:rsidR="00C9343A" w:rsidP="466D4FEB" w:rsidRDefault="00000000" w14:paraId="126756CB" w14:textId="730887ED">
      <w:pPr>
        <w:rPr>
          <w:rFonts w:ascii="Calibri" w:hAnsi="Calibri" w:cs="Calibri" w:asciiTheme="majorAscii" w:hAnsiTheme="majorAscii" w:cstheme="majorAscii"/>
        </w:rPr>
      </w:pPr>
      <w:r w:rsidRPr="466D4FEB" w:rsidR="3D6F4A78">
        <w:rPr>
          <w:rFonts w:ascii="Calibri" w:hAnsi="Calibri" w:cs="Calibri" w:asciiTheme="majorAscii" w:hAnsiTheme="majorAscii" w:cstheme="majorAscii"/>
        </w:rPr>
        <w:t>- Works cooperatively with peers and staff</w:t>
      </w:r>
      <w:r w:rsidRPr="466D4FEB" w:rsidR="335D2E48">
        <w:rPr>
          <w:rFonts w:ascii="Calibri" w:hAnsi="Calibri" w:cs="Calibri" w:asciiTheme="majorAscii" w:hAnsiTheme="majorAscii" w:cstheme="majorAscii"/>
        </w:rPr>
        <w:t>.</w:t>
      </w:r>
    </w:p>
    <w:p w:rsidRPr="00884BE3" w:rsidR="00C9343A" w:rsidP="466D4FEB" w:rsidRDefault="00000000" w14:paraId="21796012" w14:textId="21BC322B">
      <w:pPr>
        <w:rPr>
          <w:rFonts w:ascii="Calibri" w:hAnsi="Calibri" w:cs="Calibri" w:asciiTheme="majorAscii" w:hAnsiTheme="majorAscii" w:cstheme="majorAscii"/>
        </w:rPr>
      </w:pPr>
      <w:r w:rsidRPr="466D4FEB" w:rsidR="3D6F4A78">
        <w:rPr>
          <w:rFonts w:ascii="Calibri" w:hAnsi="Calibri" w:cs="Calibri" w:asciiTheme="majorAscii" w:hAnsiTheme="majorAscii" w:cstheme="majorAscii"/>
        </w:rPr>
        <w:t>- Shows responsibility and commitment</w:t>
      </w:r>
      <w:r w:rsidRPr="466D4FEB" w:rsidR="1E4773A5">
        <w:rPr>
          <w:rFonts w:ascii="Calibri" w:hAnsi="Calibri" w:cs="Calibri" w:asciiTheme="majorAscii" w:hAnsiTheme="majorAscii" w:cstheme="majorAscii"/>
        </w:rPr>
        <w:t>.</w:t>
      </w:r>
    </w:p>
    <w:p w:rsidRPr="00884BE3" w:rsidR="00C9343A" w:rsidRDefault="00000000" w14:paraId="48676077" w14:textId="77777777">
      <w:pPr>
        <w:pStyle w:val="Heading1"/>
        <w:rPr>
          <w:rFonts w:cstheme="majorHAnsi"/>
          <w:color w:val="auto"/>
        </w:rPr>
      </w:pPr>
      <w:r w:rsidRPr="00884BE3">
        <w:rPr>
          <w:rFonts w:cstheme="majorHAnsi"/>
          <w:color w:val="auto"/>
        </w:rPr>
        <w:t>Meeting Information</w:t>
      </w:r>
    </w:p>
    <w:p w:rsidRPr="00884BE3" w:rsidR="00C9343A" w:rsidRDefault="00000000" w14:paraId="40EC8B79" w14:textId="77777777">
      <w:pPr>
        <w:rPr>
          <w:rFonts w:asciiTheme="majorHAnsi" w:hAnsiTheme="majorHAnsi" w:cstheme="majorHAnsi"/>
        </w:rPr>
      </w:pPr>
      <w:r w:rsidRPr="00884BE3">
        <w:rPr>
          <w:rFonts w:asciiTheme="majorHAnsi" w:hAnsiTheme="majorHAnsi" w:cstheme="majorHAnsi"/>
        </w:rPr>
        <w:t>Student Council meetings will be held twice a month from 7:15 AM – 7:45 AM at school.</w:t>
      </w:r>
    </w:p>
    <w:p w:rsidRPr="00884BE3" w:rsidR="00C9343A" w:rsidRDefault="00000000" w14:paraId="4DAF7D6B" w14:textId="77777777">
      <w:pPr>
        <w:rPr>
          <w:rFonts w:asciiTheme="majorHAnsi" w:hAnsiTheme="majorHAnsi" w:cstheme="majorHAnsi"/>
        </w:rPr>
      </w:pPr>
      <w:r w:rsidRPr="00884BE3">
        <w:rPr>
          <w:rFonts w:asciiTheme="majorHAnsi" w:hAnsiTheme="majorHAnsi" w:cstheme="majorHAnsi"/>
        </w:rPr>
        <w:t>Students selected must be able to attend meetings regularly and arrive on time.</w:t>
      </w:r>
    </w:p>
    <w:p w:rsidRPr="00884BE3" w:rsidR="00C9343A" w:rsidRDefault="00000000" w14:paraId="606B5141" w14:textId="77777777">
      <w:pPr>
        <w:pStyle w:val="Heading1"/>
        <w:rPr>
          <w:rFonts w:cstheme="majorHAnsi"/>
          <w:color w:val="auto"/>
        </w:rPr>
      </w:pPr>
      <w:r w:rsidRPr="00884BE3">
        <w:rPr>
          <w:rFonts w:cstheme="majorHAnsi"/>
          <w:color w:val="auto"/>
        </w:rPr>
        <w:t>Parent/Guardian Permission</w:t>
      </w:r>
    </w:p>
    <w:p w:rsidRPr="00884BE3" w:rsidR="00C9343A" w:rsidRDefault="00000000" w14:paraId="10190D39" w14:textId="77777777">
      <w:pPr>
        <w:rPr>
          <w:rFonts w:asciiTheme="majorHAnsi" w:hAnsiTheme="majorHAnsi" w:cstheme="majorHAnsi"/>
        </w:rPr>
      </w:pPr>
      <w:r w:rsidRPr="00884BE3">
        <w:rPr>
          <w:rFonts w:asciiTheme="majorHAnsi" w:hAnsiTheme="majorHAnsi" w:cstheme="majorHAnsi"/>
        </w:rPr>
        <w:t>I give permission for my child to participate in Student Council if selected. I understand the meeting times and expectations.</w:t>
      </w:r>
    </w:p>
    <w:p w:rsidRPr="00884BE3" w:rsidR="00C9343A" w:rsidRDefault="00000000" w14:paraId="2C1CF8AF" w14:textId="77777777">
      <w:pPr>
        <w:rPr>
          <w:rFonts w:asciiTheme="majorHAnsi" w:hAnsiTheme="majorHAnsi" w:cstheme="majorHAnsi"/>
        </w:rPr>
      </w:pPr>
      <w:r w:rsidRPr="00884BE3">
        <w:rPr>
          <w:rFonts w:asciiTheme="majorHAnsi" w:hAnsiTheme="majorHAnsi" w:cstheme="majorHAnsi"/>
        </w:rPr>
        <w:t>Parent/Guardian Name (print): ___________________________________</w:t>
      </w:r>
    </w:p>
    <w:p w:rsidRPr="00884BE3" w:rsidR="00C9343A" w:rsidRDefault="00000000" w14:paraId="6E7D1528" w14:textId="77777777">
      <w:pPr>
        <w:rPr>
          <w:rFonts w:asciiTheme="majorHAnsi" w:hAnsiTheme="majorHAnsi" w:cstheme="majorHAnsi"/>
        </w:rPr>
      </w:pPr>
      <w:r w:rsidRPr="00884BE3">
        <w:rPr>
          <w:rFonts w:asciiTheme="majorHAnsi" w:hAnsiTheme="majorHAnsi" w:cstheme="majorHAnsi"/>
        </w:rPr>
        <w:t>Parent/Guardian Signature: ______________________________________</w:t>
      </w:r>
    </w:p>
    <w:p w:rsidRPr="00884BE3" w:rsidR="00C9343A" w:rsidRDefault="00000000" w14:paraId="4FA19997" w14:textId="77777777">
      <w:pPr>
        <w:rPr>
          <w:rFonts w:asciiTheme="majorHAnsi" w:hAnsiTheme="majorHAnsi" w:cstheme="majorHAnsi"/>
        </w:rPr>
      </w:pPr>
      <w:r w:rsidRPr="00884BE3">
        <w:rPr>
          <w:rFonts w:asciiTheme="majorHAnsi" w:hAnsiTheme="majorHAnsi" w:cstheme="majorHAnsi"/>
        </w:rPr>
        <w:t>Date: _______________________</w:t>
      </w:r>
    </w:p>
    <w:p w:rsidRPr="00884BE3" w:rsidR="00CE5CDA" w:rsidRDefault="00CE5CDA" w14:paraId="2A92DB10" w14:textId="77777777">
      <w:pPr>
        <w:rPr>
          <w:rFonts w:asciiTheme="majorHAnsi" w:hAnsiTheme="majorHAnsi" w:cstheme="majorHAnsi"/>
        </w:rPr>
      </w:pPr>
    </w:p>
    <w:p w:rsidRPr="00884BE3" w:rsidR="00C9343A" w:rsidP="466D4FEB" w:rsidRDefault="00000000" w14:paraId="6CD12357" w14:textId="1530CC32">
      <w:pPr>
        <w:pStyle w:val="Normal"/>
        <w:suppressLineNumbers w:val="0"/>
        <w:bidi w:val="0"/>
        <w:spacing w:before="0" w:beforeAutospacing="off" w:after="200" w:afterAutospacing="off" w:line="276" w:lineRule="auto"/>
        <w:ind w:left="0" w:right="0"/>
        <w:jc w:val="left"/>
      </w:pPr>
      <w:r w:rsidRPr="466D4FEB" w:rsidR="3D6F4A78">
        <w:rPr>
          <w:rFonts w:ascii="Calibri" w:hAnsi="Calibri" w:cs="Calibri" w:asciiTheme="majorAscii" w:hAnsiTheme="majorAscii" w:cstheme="majorAscii"/>
        </w:rPr>
        <w:t xml:space="preserve">Return this application to </w:t>
      </w:r>
      <w:r w:rsidRPr="466D4FEB" w:rsidR="3921E022">
        <w:rPr>
          <w:rFonts w:ascii="Calibri" w:hAnsi="Calibri" w:cs="Calibri" w:asciiTheme="majorAscii" w:hAnsiTheme="majorAscii" w:cstheme="majorAscii"/>
        </w:rPr>
        <w:t>Mrs. Bartho or Ms. Donaldson</w:t>
      </w:r>
      <w:r w:rsidRPr="466D4FEB" w:rsidR="3D6F4A78">
        <w:rPr>
          <w:rFonts w:ascii="Calibri" w:hAnsi="Calibri" w:cs="Calibri" w:asciiTheme="majorAscii" w:hAnsiTheme="majorAscii" w:cstheme="majorAscii"/>
        </w:rPr>
        <w:t xml:space="preserve"> </w:t>
      </w:r>
      <w:r w:rsidRPr="466D4FEB" w:rsidR="3D6F4A78">
        <w:rPr>
          <w:rFonts w:ascii="Calibri" w:hAnsi="Calibri" w:cs="Calibri" w:asciiTheme="majorAscii" w:hAnsiTheme="majorAscii" w:cstheme="majorAscii"/>
        </w:rPr>
        <w:t>by:</w:t>
      </w:r>
      <w:r w:rsidRPr="466D4FEB" w:rsidR="320F91F0">
        <w:rPr>
          <w:rFonts w:ascii="Calibri" w:hAnsi="Calibri" w:cs="Calibri" w:asciiTheme="majorAscii" w:hAnsiTheme="majorAscii" w:cstheme="majorAscii"/>
        </w:rPr>
        <w:t xml:space="preserve"> </w:t>
      </w:r>
      <w:r w:rsidRPr="466D4FEB" w:rsidR="320F91F0">
        <w:rPr>
          <w:rFonts w:ascii="Calibri" w:hAnsi="Calibri" w:cs="Calibri" w:asciiTheme="majorAscii" w:hAnsiTheme="majorAscii" w:cstheme="majorAscii"/>
          <w:b w:val="1"/>
          <w:bCs w:val="1"/>
          <w:u w:val="single"/>
        </w:rPr>
        <w:t>August</w:t>
      </w:r>
      <w:r w:rsidRPr="466D4FEB" w:rsidR="320F91F0">
        <w:rPr>
          <w:rFonts w:ascii="Calibri" w:hAnsi="Calibri" w:cs="Calibri" w:asciiTheme="majorAscii" w:hAnsiTheme="majorAscii" w:cstheme="majorAscii"/>
          <w:b w:val="1"/>
          <w:bCs w:val="1"/>
          <w:u w:val="single"/>
        </w:rPr>
        <w:t xml:space="preserve"> 25, 2026</w:t>
      </w:r>
    </w:p>
    <w:p w:rsidR="2F422E50" w:rsidP="466D4FEB" w:rsidRDefault="2F422E50" w14:paraId="3942F895" w14:textId="2749EF19">
      <w:pPr>
        <w:pStyle w:val="Normal"/>
        <w:suppressLineNumbers w:val="0"/>
        <w:bidi w:val="0"/>
        <w:spacing w:before="0" w:beforeAutospacing="off" w:after="200" w:afterAutospacing="off" w:line="276" w:lineRule="auto"/>
        <w:ind w:left="0" w:right="0"/>
        <w:jc w:val="center"/>
      </w:pPr>
      <w:r w:rsidRPr="466D4FEB" w:rsidR="2F422E50">
        <w:rPr>
          <w:rFonts w:ascii="Calibri" w:hAnsi="Calibri" w:cs="Calibri" w:asciiTheme="majorAscii" w:hAnsiTheme="majorAscii" w:cstheme="majorAscii"/>
          <w:b w:val="0"/>
          <w:bCs w:val="0"/>
          <w:u w:val="none"/>
        </w:rPr>
        <w:t xml:space="preserve">You will be notified on August 27, </w:t>
      </w:r>
      <w:r w:rsidRPr="466D4FEB" w:rsidR="2F422E50">
        <w:rPr>
          <w:rFonts w:ascii="Calibri" w:hAnsi="Calibri" w:cs="Calibri" w:asciiTheme="majorAscii" w:hAnsiTheme="majorAscii" w:cstheme="majorAscii"/>
          <w:b w:val="0"/>
          <w:bCs w:val="0"/>
          <w:u w:val="none"/>
        </w:rPr>
        <w:t>2026</w:t>
      </w:r>
      <w:r w:rsidRPr="466D4FEB" w:rsidR="2F422E50">
        <w:rPr>
          <w:rFonts w:ascii="Calibri" w:hAnsi="Calibri" w:cs="Calibri" w:asciiTheme="majorAscii" w:hAnsiTheme="majorAscii" w:cstheme="majorAscii"/>
          <w:b w:val="0"/>
          <w:bCs w:val="0"/>
          <w:u w:val="none"/>
        </w:rPr>
        <w:t xml:space="preserve"> if your application was accepted. Do not make posters until after you have been notified. </w:t>
      </w:r>
    </w:p>
    <w:sectPr w:rsidRPr="00884BE3" w:rsidR="00C9343A" w:rsidSect="00034616">
      <w:pgSz w:w="1224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" w16cid:durableId="1340308884">
    <w:abstractNumId w:val="8"/>
  </w:num>
  <w:num w:numId="2" w16cid:durableId="523906945">
    <w:abstractNumId w:val="6"/>
  </w:num>
  <w:num w:numId="3" w16cid:durableId="650405191">
    <w:abstractNumId w:val="5"/>
  </w:num>
  <w:num w:numId="4" w16cid:durableId="917054048">
    <w:abstractNumId w:val="4"/>
  </w:num>
  <w:num w:numId="5" w16cid:durableId="1165246382">
    <w:abstractNumId w:val="7"/>
  </w:num>
  <w:num w:numId="6" w16cid:durableId="915817730">
    <w:abstractNumId w:val="3"/>
  </w:num>
  <w:num w:numId="7" w16cid:durableId="586882638">
    <w:abstractNumId w:val="2"/>
  </w:num>
  <w:num w:numId="8" w16cid:durableId="171072545">
    <w:abstractNumId w:val="1"/>
  </w:num>
  <w:num w:numId="9" w16cid:durableId="1949653744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14E31"/>
    <w:rsid w:val="0015074B"/>
    <w:rsid w:val="0029639D"/>
    <w:rsid w:val="00326F90"/>
    <w:rsid w:val="003F47AF"/>
    <w:rsid w:val="00466A8A"/>
    <w:rsid w:val="005F5C69"/>
    <w:rsid w:val="00884BE3"/>
    <w:rsid w:val="00AA1D8D"/>
    <w:rsid w:val="00B47730"/>
    <w:rsid w:val="00C9343A"/>
    <w:rsid w:val="00CB0664"/>
    <w:rsid w:val="00CE5CDA"/>
    <w:rsid w:val="00DC7079"/>
    <w:rsid w:val="00E06E5A"/>
    <w:rsid w:val="00FC693F"/>
    <w:rsid w:val="16E4C992"/>
    <w:rsid w:val="19F6D614"/>
    <w:rsid w:val="1E4773A5"/>
    <w:rsid w:val="2B09028C"/>
    <w:rsid w:val="2F422E50"/>
    <w:rsid w:val="320F91F0"/>
    <w:rsid w:val="335D2E48"/>
    <w:rsid w:val="33A94345"/>
    <w:rsid w:val="34C38415"/>
    <w:rsid w:val="3921E022"/>
    <w:rsid w:val="3C3BD7D0"/>
    <w:rsid w:val="3D6F4A78"/>
    <w:rsid w:val="45A99EBB"/>
    <w:rsid w:val="466D4FEB"/>
    <w:rsid w:val="46FAD468"/>
    <w:rsid w:val="4FFEC758"/>
    <w:rsid w:val="586330CC"/>
    <w:rsid w:val="66142096"/>
    <w:rsid w:val="710D0CA0"/>
    <w:rsid w:val="78F00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D708D5D"/>
  <w14:defaultImageDpi w14:val="300"/>
  <w15:docId w15:val="{27767904-D70E-4D09-87E1-546E47A72F5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theme" Target="theme/theme1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python-docx</dc:creator>
  <keywords/>
  <dc:description>generated by python-docx</dc:description>
  <lastModifiedBy>Ashley Bartho</lastModifiedBy>
  <revision>8</revision>
  <dcterms:created xsi:type="dcterms:W3CDTF">2013-12-23T23:15:00.0000000Z</dcterms:created>
  <dcterms:modified xsi:type="dcterms:W3CDTF">2026-08-10T15:40:15.5581742Z</dcterms:modified>
  <category/>
</coreProperties>
</file>